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선 금 신 청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건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선금신청금액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선금보증기관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신 청 사 유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입 금 계 좌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계약과 관련하여 선금 지급을 다음과 같이 신청합니다.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선금보증서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