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채권양도통지서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양    도   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양    수   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채    무   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양도 채권의 표시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양    도    일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위와 같이 채권을 양도하였으므로 이를 통지합니다.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채 무 자                  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