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경 력 증 명 서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80" w:hRule="atLeast"/>
        </w:trPr>
        <w:tc>
          <w:tcPr>
            <w:tcW w:type="dxa" w:w="2652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성    명</w:t>
            </w:r>
          </w:p>
        </w:tc>
        <w:tc>
          <w:tcPr>
            <w:tcW w:type="dxa" w:w="7548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2652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생 년 월 일</w:t>
            </w:r>
          </w:p>
        </w:tc>
        <w:tc>
          <w:tcPr>
            <w:tcW w:type="dxa" w:w="7548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2652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재 직 기 간</w:t>
            </w:r>
          </w:p>
        </w:tc>
        <w:tc>
          <w:tcPr>
            <w:tcW w:type="dxa" w:w="7548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2652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담 당 업 무</w:t>
            </w:r>
          </w:p>
        </w:tc>
        <w:tc>
          <w:tcPr>
            <w:tcW w:type="dxa" w:w="7548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2652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직 위 · 직 급</w:t>
            </w:r>
          </w:p>
        </w:tc>
        <w:tc>
          <w:tcPr>
            <w:tcW w:type="dxa" w:w="7548"/>
            <w:vAlign w:val="center"/>
          </w:tcPr>
          <w:p>
            <w:pPr>
              <w:spacing w:before="60" w:after="60"/>
              <w:jc w:val="left"/>
            </w:pPr>
          </w:p>
        </w:tc>
      </w:tr>
    </w:tbl>
    <w:p>
      <w:pPr>
        <w:spacing w:before="520" w:after="0"/>
        <w:jc w:val="center"/>
      </w:pPr>
      <w:r>
        <w:rPr>
          <w:rFonts w:ascii="맑은 고딕" w:hAnsi="맑은 고딕" w:eastAsia="맑은 고딕"/>
          <w:b w:val="0"/>
          <w:sz w:val="23"/>
        </w:rPr>
        <w:t>위와 같이 재직(경력)하였음을 증명합니다.</w:t>
      </w:r>
    </w:p>
    <w:p>
      <w:pPr>
        <w:spacing w:before="280" w:after="0"/>
        <w:jc w:val="left"/>
      </w:pPr>
      <w:r>
        <w:rPr>
          <w:rFonts w:ascii="맑은 고딕" w:hAnsi="맑은 고딕" w:eastAsia="맑은 고딕"/>
          <w:b w:val="0"/>
          <w:sz w:val="21"/>
        </w:rPr>
        <w:t xml:space="preserve">용도 : </w:t>
      </w:r>
    </w:p>
    <w:p>
      <w:pPr>
        <w:spacing w:before="44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320" w:after="0"/>
        <w:jc w:val="center"/>
      </w:pPr>
      <w:r>
        <w:rPr>
          <w:rFonts w:ascii="맑은 고딕" w:hAnsi="맑은 고딕" w:eastAsia="맑은 고딕"/>
          <w:b/>
          <w:sz w:val="24"/>
        </w:rPr>
        <w:t>상호 / 대표자  (인)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