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완 료 보 고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  업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 업 개 요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 행 내 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산출물 목록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특 이 사 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완료계 제출에 따라 수행한 과업 내용을 다음과 같이 보고합니다.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산출물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