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시 공 계 획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공종별 시공순서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공종별 시공방법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주요 자재·장비 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안전관리방안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공사의 착수에 앞서 시공계획을 다음과 같이 수립하여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공정표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