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공사재개 신고서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 사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중 지 기 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재 개 사 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재 개 예 정 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조정된 공정계획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중지되었던 공사를 다음과 같이 재개하고자 신고합니다.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