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계약기간 연장신청서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건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연 장 사 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연 장 기 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증 빙 자 료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변경 준공예정일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다음과 같은 사유로 계약기간의 연장을 신청합니다.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증빙자료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