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납 품 확 인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납 품 업 체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납품 내역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납 품 일 자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검수 결과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확 인 자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위와 같이 납품이 계약 내용대로 이행되었음을 확인합니다.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용도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상    호 / 대표자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