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재 직 증 명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생 년 월 일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주    소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재 직 기 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재직하고 있음을 증명합니다.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상호 / 대표자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