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rHeight w:val="360" w:hRule="atLeast"/>
        </w:trPr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기 안</w:t>
            </w:r>
          </w:p>
        </w:tc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검 토</w:t>
            </w:r>
          </w:p>
        </w:tc>
        <w:tc>
          <w:tcPr>
            <w:tcW w:type="dxa" w:w="1326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승 인</w:t>
            </w:r>
          </w:p>
        </w:tc>
      </w:tr>
      <w:tr>
        <w:trPr>
          <w:trHeight w:val="920" w:hRule="atLeast"/>
        </w:trPr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  <w:tc>
          <w:tcPr>
            <w:tcW w:type="dxa" w:w="1326"/>
            <w:vAlign w:val="center"/>
          </w:tcPr>
          <w:p>
            <w:pPr>
              <w:spacing w:before="60" w:after="60"/>
              <w:jc w:val="center"/>
            </w:pPr>
          </w:p>
        </w:tc>
      </w:tr>
    </w:tbl>
    <w:p>
      <w:pPr>
        <w:spacing w:before="0" w:after="160"/>
        <w:jc w:val="left"/>
      </w:pPr>
    </w:p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지 출 결 의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정 과 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적    요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지 급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지 급 처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지 급 방 법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증빙 첨부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지출하고자 하오니 결재하여 주시기 바랍니다.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세금계산서 등 증빙서류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기 안 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결재권자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