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사 유 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소    속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직    위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성   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발 생 일 자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발 생 사 실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위와 같은 사유로 인하여 사유서를 제출합니다.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작 성 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부서장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