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프리랜서 계약서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위탁자 ____(이하 "갑"이라 한다)와 수탁자 ____(이하 "을"이라 한다)는 다음과 같이 용역(도급)계약을 체결한다.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계약은 갑이 을에게 위탁하는 업무의 수행에 관한 사항을 정함을 목적으로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(위탁업무의 범위)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을이 수행할 업무의 범위는 별도로 정하는 바에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(계약기간 및 납품기한)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계약기간과 납품기한은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(대가 및 지급방법)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용역대가와 지급방법은 갑과 을이 별도로 협의하여 정한다.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(업무수행 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을은 독립된 지위에서 자신의 책임과 재량으로 업무를 수행한다.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(지식재산권의 귀속)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업무 수행 결과물에 대한 지식재산권의 귀속은 별도로 정하는 바에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(비밀유지)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을은 업무상 알게 된 갑의 영업상 비밀을 외부에 누설하지 아니한다.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(재작업 및 하자보수)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결과물에 하자가 있는 경우 을은 갑의 요청에 따라 재작업 또는 보수를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(계약의 해제·해지)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갑과 을은 정한 사유가 있는 경우 이 계약을 해제 또는 해지할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(기타)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계약에서 정하지 아니한 사항은 갑과 을이 협의하여 정한다.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계약의 성립을 증명하기 위하여 계약서 2통을 작성하여 갑과 을이 각 1통씩 보관한다.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갑(위탁자)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을(수탁자)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