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맑은 고딕" w:hAnsi="맑은 고딕" w:eastAsia="맑은 고딕"/>
          <w:b/>
          <w:sz w:val="44"/>
        </w:rPr>
        <w:t>인 수 인 계 서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인 계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인 수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인 계 일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소 속 · 부 서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0" w:hRule="atLeast"/>
        </w:trPr>
        <w:tc>
          <w:tcPr>
            <w:tcW w:type="dxa" w:w="81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163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구분</w:t>
            </w:r>
          </w:p>
        </w:tc>
        <w:tc>
          <w:tcPr>
            <w:tcW w:type="dxa" w:w="4692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인계 내용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관련 자료·비고</w:t>
            </w: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63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4692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담당 업무 및 관련 자료를 인계·인수합니다.</w:t>
      </w:r>
    </w:p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인 계 자 :                          (인)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인 수 자 :                          (인)</w:t>
      </w:r>
    </w:p>
    <w:sectPr w:rsidR="00FC693F" w:rsidRPr="0006063C" w:rsidSect="00034616">
      <w:footerReference w:type="default" r:id="rId9"/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맑은 고딕" w:hAnsi="맑은 고딕" w:eastAsia="맑은 고딕"/>
        <w:color w:val="888888"/>
        <w:sz w:val="15"/>
      </w:rPr>
      <w:t>실무폼(silmuform.com) 자체제작 — 발주기관·거래처 지정양식이 있으면 그 양식이 우선합니다.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