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인사기록카드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  명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생 년 월 일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  소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부 서 · 직 위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rHeight w:val="480" w:hRule="atLeast"/>
        </w:trPr>
        <w:tc>
          <w:tcPr>
            <w:tcW w:type="dxa" w:w="1224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구분</w:t>
            </w:r>
          </w:p>
        </w:tc>
        <w:tc>
          <w:tcPr>
            <w:tcW w:type="dxa" w:w="204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기간</w:t>
            </w:r>
          </w:p>
        </w:tc>
        <w:tc>
          <w:tcPr>
            <w:tcW w:type="dxa" w:w="2856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학교·근무처</w:t>
            </w:r>
          </w:p>
        </w:tc>
        <w:tc>
          <w:tcPr>
            <w:tcW w:type="dxa" w:w="2856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전공·담당업무</w:t>
            </w:r>
          </w:p>
        </w:tc>
        <w:tc>
          <w:tcPr>
            <w:tcW w:type="dxa" w:w="1224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85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