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경 위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    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직    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성  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발 생 일 시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발 생 장 소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경위(발생 경과)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사실 경위를 기재하여 경위서를 제출합니다.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작 성 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부서장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