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청렴계약 이행서약서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건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서 약 사 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서 약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대 표 자 성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본인은 위 계약의 이행 과정에서 부정청탁 및 금품 등을 수수하지 않을 것을 서약합니다.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