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휴 가 신 청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휴 가 종 류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휴 가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잔여 연차일수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비 상 연 락 처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휴가를 신청하오니 승인하여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신 청 인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대표이사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