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인력투입계획서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과 업 개 요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투입 인력 조직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직종별 투입계획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투입 기간 및 일정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인력 교체 계획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인력투입계획서를 제출합니다.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인력투입 계획표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