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자재승인요청서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자 재 명 · 규 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제조사(제조원)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사 용 부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반 입 예 정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자재에 대하여 사용승인을 요청합니다.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제품시험성적서 , 카탈로그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장(감독관)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