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자 재 청 구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청 구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자재명 및 규격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청 구 수 량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사용 공종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희망 납기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자재를 청구하오니 조치하여 주시기 바랍니다.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자재(구매) 담당자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