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각 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"각서인"이라 한다)는 ____(이하 "상대방"이라 한다)에게 다음과 같이 각서를 제출한다.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각서는 각서인이 상대방에 대하여 확약하는 사항을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(확약 사항)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각서인은 ____할 것을 확약한다.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(이행 기한)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각서인은 ____까지 확약 사항을 이행한다.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(이행 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확약 사항의 이행 방법은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(위반 시 조치)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각서인이 확약 사항을 이행하지 않는 경우 상대방은 ____의 조치를 취할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(손해배상)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각서인의 확약 위반으로 상대방에게 손해가 발생한 경우 그 손해를 배상한다.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(통지의무)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각서인은 주소, 연락처 등이 변경된 경우 지체 없이 상대방에게 통지한다.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(효력발생)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각서는 각서인이 서명, 날인한 때로부터 효력이 발생한다.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각서와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위 내용을 확인하고 이를 증명하기 위하여 이 각서를 작성, 제출한다.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각서인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상 대 방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