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비밀유지계약서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"갑")와 ____(이하 "을")은 다음과 같이 비밀유지계약을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계약은 갑과 을이 상호 교환하는 비밀정보의 보호에 필요한 사항을 정함을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(비밀정보의 정의)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계약에서 비밀정보란 당사자가 상대방에게 제공하는 ____ 관련 정보로서 비밀로 표시되거나 비밀임을 알 수 있는 정보를 말한다.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(비밀정보의 범위 및 예외)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공지의 정보, 이미 알고 있던 정보 등 ____에 해당하는 정보는 비밀정보에서 제외한다.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(목적제한)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을은 비밀정보를 ____의 목적으로만 사용하며 그 밖의 목적으로 사용할 수 없다.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(비밀유지의무)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상대방의 사전 동의 없이 비밀정보를 제3자에게 공개, 누설할 수 없다.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(접근 및 관리)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비밀정보에 접근할 수 있는 인원 및 관리방법은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(제3자 제공 제한)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부득이하게 비밀정보를 제3자에게 제공하여야 하는 경우 상대방과 사전에 협의한다.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(유지기간)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계약에 따른 비밀유지의무의 존속기간은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(반환 및 폐기의무)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계약 종료 시 당사자는 상대방으로부터 제공받은 비밀정보를 ____의 방법으로 반환 또는 폐기한다.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(권리귀속)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비밀정보에 관한 권리는 이를 제공한 당사자에게 있으며, 이 계약이 그 권리를 이전하는 것으로 해석되지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(위반 시 손해배상)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당사자가 이 계약을 위반하여 상대방에게 손해가 발생한 경우 그 손해를 배상한다.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(구제조치)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비밀정보의 유출이 우려되는 경우 상대방은 ____를 청구할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(계약기간)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계약의 유효기간은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제14조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갑과 을이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갑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을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