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협 조 공 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참    조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제    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협조 요청 사항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회신 기한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발신 부서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업무 협조를 요청하오니 협조하여 주시기 바랍니다.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관련 자료 1부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수신처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