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발주취소요청서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주 번 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원 발주 내역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주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취소 사유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취소 희망일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발주 건에 대하여 취소를 요청하오니 확인하여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공급자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