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수의계약 각서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건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이 행 조 건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확 약 사 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계약조건을 준수하여 성실히 이행할 것을 각서로 제출합니다.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