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기 성 검 사 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검사요청 기성률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 사 희 망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 장 대 리 인 확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기성부분에 대한 검사를 원합니다.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기성부분 내역서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