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rHeight w:val="360" w:hRule="atLeast"/>
        </w:trPr>
        <w:tc>
          <w:tcPr>
            <w:tcW w:type="dxa" w:w="1326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기 안</w:t>
            </w:r>
          </w:p>
        </w:tc>
        <w:tc>
          <w:tcPr>
            <w:tcW w:type="dxa" w:w="1326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검 토</w:t>
            </w:r>
          </w:p>
        </w:tc>
        <w:tc>
          <w:tcPr>
            <w:tcW w:type="dxa" w:w="1326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승 인</w:t>
            </w:r>
          </w:p>
        </w:tc>
      </w:tr>
      <w:tr>
        <w:trPr>
          <w:trHeight w:val="920" w:hRule="atLeast"/>
        </w:trPr>
        <w:tc>
          <w:tcPr>
            <w:tcW w:type="dxa" w:w="132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32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326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0" w:after="160"/>
        <w:jc w:val="left"/>
      </w:pPr>
    </w:p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구 매 요 청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품목명·규격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    량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희망 납기일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구매 사유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예상 금액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구매를 요청하오니 승인하여 주시기 바랍니다.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기 안 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구매 담당 부서장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