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품질시험계획서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시험 대상 자재 · 공정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시험 방법 및 기준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시 험 빈 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시 험 기 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 질 관 리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품질시험계획서를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품질시험 계획표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