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사 직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입 사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퇴직 예정일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퇴 직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같은 사유로 사직하고자 하오니 재가하여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본    인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대표이사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