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퇴 직 증 명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생 년 월 일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재 직 기 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퇴 직 일 자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담당업무·직위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퇴 직 사 유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위와 같이 퇴직하였음을 증명합니다.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 xml:space="preserve">용도 : 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상호 / 대표자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