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견 적 요 청 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요청 품목·규격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수    량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견적 제출 기한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납품 조건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제출처·문의처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아래 조건으로 견적서 제출을 요청하오니 협조하여 주시기 바랍니다.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귀    사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