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안전관리계획서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개 요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안전관리 조직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위험요소 및 저감대책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안전교육 계획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비상연락체계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안전관리계획서를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안전관리 조직표 , 비상연락망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