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안 전 서 약 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"서약자")는 ____ 현장의 안전관리를 위하여 다음과 같이 서약한다.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(개인보호구 착용)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작업 중 지급된 안전모, 안전화 등 개인보호구를 항상 착용한다.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(안전교육 참여)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작업 전 실시하는 안전교육에 성실히 참여한다.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(위험구역 출입)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출입이 제한된 위험구역에는 승인 없이 출입하지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(음주 및 약물)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음주 또는 약물의 영향이 있는 상태로 작업에 임하지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(장비 및 설비 조작)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지정되지 않은 장비나 설비를 임의로 조작하지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(화기작업 절차)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화기작업 시 정해진 절차와 통제 조치를 준수한다.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(추락방지시설 이용)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고소작업 시 안전대 등 추락방지시설을 이용한다.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(사고 및 위험 보고)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사고나 위험 상황을 인지한 즉시 관리자에게 보고한다.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(현장 정리정돈)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작업구역의 정리정돈 상태를 유지한다.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(안전표지 준수)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현장에 게시된 안전표지 및 통제 지시를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(무단 이탈 금지)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작업시간 중 담당구역을 무단으로 이탈하지 않는다.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(서약 위반 시 조치)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본 서약을 위반한 경우 현장 관리규정에 따른 조치에 따른다.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서약의 성립을 증명하기 위하여 서약서에 서명 날인한다.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서약자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소속업체 확인자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