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보 안 서 약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보안유지 대상 정보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유지 의무 기간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본인은 위 사항 및 회사의 보안 관련 제반 규정을 성실히 준수할 것을 서약하며, 이를 위반할 경우 회사의 조치에 따를 것을 서약합니다.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서 약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회사  귀중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