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용 역 계 약 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"위탁자"라 한다)와 ____(이하 "수탁자"라 한다)은 다음과 같이 용역계약을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계약은 위탁자가 수탁자에게 용역을 위탁하고 수탁자가 이를 수행함을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(과업범위)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수탁자가 수행할 과업의 명칭 및 범위는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(계약금액)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계약금액은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(대금지급방법)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위탁자는 수탁자에게 대금을 ____의 시기와 방법으로 지급한다.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(이행기간)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용역의 이행기간은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(성과물의 납품 및 검수)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수탁자는 이행기간 내 성과물을 위탁자에게 납품하며, 위탁자는 ____의 방법으로 검수한다.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(지식재산권의 귀속)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용역의 수행으로 발생하는 결과물에 대한 권리의 귀속은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(비밀유지)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용역 수행 과정에서 알게 된 상대방의 정보를 외부에 누설하지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(재위탁 제한)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수탁자는 위탁자의 사전 동의 없이 과업의 전부 또는 주요 부분을 제3자에게 재위탁할 수 없다.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(계약변경)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계약의 내용을 변경하려는 경우 당사자는 서면으로 합의하여 정한다.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(계약해제)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 일방이 계약을 위반하여 계약의 목적을 달성할 수 없는 경우 상대방은 이 계약을 해제할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(손해배상)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계약의 위반으로 상대방에게 손해가 발생한 경우 그 손해를 배상한다.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(불가항력)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천재지변 등 당사자의 책임 없는 사유로 계약의 이행이 지연되거나 불가능한 경우 그 책임을 지지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제14조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위탁자와 수탁자가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위탁자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수탁자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