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  <w:jc w:val="center"/>
      </w:pPr>
      <w:r>
        <w:rPr>
          <w:rFonts w:ascii="맑은 고딕" w:hAnsi="맑은 고딕" w:eastAsia="맑은 고딕"/>
          <w:b/>
          <w:sz w:val="44"/>
        </w:rPr>
        <w:t>TBM 일지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일 자 / 시 간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금일 작업내용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위험요인 및 준수사항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진 행 자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0" w:after="200"/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trHeight w:val="480" w:hRule="atLeast"/>
        </w:trPr>
        <w:tc>
          <w:tcPr>
            <w:tcW w:type="dxa" w:w="1020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번호</w:t>
            </w:r>
          </w:p>
        </w:tc>
        <w:tc>
          <w:tcPr>
            <w:tcW w:type="dxa" w:w="3060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소속</w:t>
            </w:r>
          </w:p>
        </w:tc>
        <w:tc>
          <w:tcPr>
            <w:tcW w:type="dxa" w:w="3060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성명</w:t>
            </w:r>
          </w:p>
        </w:tc>
        <w:tc>
          <w:tcPr>
            <w:tcW w:type="dxa" w:w="3060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서명</w:t>
            </w:r>
          </w:p>
        </w:tc>
      </w:tr>
      <w:tr>
        <w:trPr>
          <w:trHeight w:val="400" w:hRule="atLeast"/>
        </w:trPr>
        <w:tc>
          <w:tcPr>
            <w:tcW w:type="dxa" w:w="102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</w:tr>
      <w:tr>
        <w:trPr>
          <w:trHeight w:val="400" w:hRule="atLeast"/>
        </w:trPr>
        <w:tc>
          <w:tcPr>
            <w:tcW w:type="dxa" w:w="102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</w:tr>
      <w:tr>
        <w:trPr>
          <w:trHeight w:val="400" w:hRule="atLeast"/>
        </w:trPr>
        <w:tc>
          <w:tcPr>
            <w:tcW w:type="dxa" w:w="102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</w:tr>
      <w:tr>
        <w:trPr>
          <w:trHeight w:val="400" w:hRule="atLeast"/>
        </w:trPr>
        <w:tc>
          <w:tcPr>
            <w:tcW w:type="dxa" w:w="102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</w:tr>
      <w:tr>
        <w:trPr>
          <w:trHeight w:val="400" w:hRule="atLeast"/>
        </w:trPr>
        <w:tc>
          <w:tcPr>
            <w:tcW w:type="dxa" w:w="102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</w:tr>
      <w:tr>
        <w:trPr>
          <w:trHeight w:val="400" w:hRule="atLeast"/>
        </w:trPr>
        <w:tc>
          <w:tcPr>
            <w:tcW w:type="dxa" w:w="102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</w:tr>
      <w:tr>
        <w:trPr>
          <w:trHeight w:val="400" w:hRule="atLeast"/>
        </w:trPr>
        <w:tc>
          <w:tcPr>
            <w:tcW w:type="dxa" w:w="102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</w:tr>
      <w:tr>
        <w:trPr>
          <w:trHeight w:val="400" w:hRule="atLeast"/>
        </w:trPr>
        <w:tc>
          <w:tcPr>
            <w:tcW w:type="dxa" w:w="102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</w:tr>
      <w:tr>
        <w:trPr>
          <w:trHeight w:val="400" w:hRule="atLeast"/>
        </w:trPr>
        <w:tc>
          <w:tcPr>
            <w:tcW w:type="dxa" w:w="102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</w:tr>
      <w:tr>
        <w:trPr>
          <w:trHeight w:val="400" w:hRule="atLeast"/>
        </w:trPr>
        <w:tc>
          <w:tcPr>
            <w:tcW w:type="dxa" w:w="102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</w:tr>
      <w:tr>
        <w:trPr>
          <w:trHeight w:val="400" w:hRule="atLeast"/>
        </w:trPr>
        <w:tc>
          <w:tcPr>
            <w:tcW w:type="dxa" w:w="102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</w:tr>
      <w:tr>
        <w:trPr>
          <w:trHeight w:val="400" w:hRule="atLeast"/>
        </w:trPr>
        <w:tc>
          <w:tcPr>
            <w:tcW w:type="dxa" w:w="102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</w:tr>
      <w:tr>
        <w:trPr>
          <w:trHeight w:val="400" w:hRule="atLeast"/>
        </w:trPr>
        <w:tc>
          <w:tcPr>
            <w:tcW w:type="dxa" w:w="102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</w:tr>
      <w:tr>
        <w:trPr>
          <w:trHeight w:val="400" w:hRule="atLeast"/>
        </w:trPr>
        <w:tc>
          <w:tcPr>
            <w:tcW w:type="dxa" w:w="102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</w:tr>
      <w:tr>
        <w:trPr>
          <w:trHeight w:val="400" w:hRule="atLeast"/>
        </w:trPr>
        <w:tc>
          <w:tcPr>
            <w:tcW w:type="dxa" w:w="102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type="dxa" w:w="3060"/>
            <w:vAlign w:val="center"/>
          </w:tcPr>
          <w:p>
            <w:pPr>
              <w:spacing w:before="20" w:after="20"/>
              <w:jc w:val="center"/>
            </w:pPr>
          </w:p>
        </w:tc>
      </w:tr>
    </w:tbl>
    <w:p>
      <w:pPr>
        <w:spacing w:before="28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sectPr w:rsidR="00FC693F" w:rsidRPr="0006063C" w:rsidSect="00034616">
      <w:footerReference w:type="default" r:id="rId9"/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맑은 고딕" w:hAnsi="맑은 고딕" w:eastAsia="맑은 고딕"/>
        <w:color w:val="888888"/>
        <w:sz w:val="15"/>
      </w:rPr>
      <w:t>실무폼(silmuform.com) 자체제작 — 발주기관·거래처 지정양식이 있으면 그 양식이 우선합니다.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