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거래사실확인서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거 래 처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거래 기간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거래 내역 요약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용    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위와 같이 거래한 사실이 있음을 확인합니다.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    호 / 대표자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